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Hoja de trabajo — Propuesta algorítmica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Información</w:t>
            </w:r>
          </w:p>
        </w:tc>
      </w:tr>
      <w:tr>
        <w:tc>
          <w:tcPr>
            <w:tcW w:type="dxa" w:w="3427"/>
          </w:tcPr>
          <w:p>
            <w:r>
              <w:t>Nombre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Ejercicio</w:t>
            </w:r>
          </w:p>
        </w:tc>
        <w:tc>
          <w:tcPr>
            <w:tcW w:type="dxa" w:w="6365"/>
          </w:tcPr>
          <w:p/>
        </w:tc>
      </w:tr>
    </w:tbl>
    <w:p/>
    <w:p>
      <w:pPr>
        <w:pStyle w:val="Heading2"/>
      </w:pPr>
      <w:r>
        <w:rPr>
          <w:color w:val="003B7A"/>
        </w:rPr>
        <w:t>1. Definición del problema</w:t>
      </w:r>
    </w:p>
    <w:p>
      <w:r>
        <w:rPr>
          <w:b/>
        </w:rPr>
        <w:t>¿Qué problema debo resolver?</w:t>
      </w:r>
    </w:p>
    <w:p>
      <w:r>
        <w:t>Escribe con tus propias palabras qué se necesita resolver.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b/>
        </w:rPr>
        <w:t>¿Qué resultado debo obtener?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2. Análisis</w:t>
      </w:r>
    </w:p>
    <w:p>
      <w:pPr>
        <w:pStyle w:val="Heading3"/>
      </w:pPr>
      <w:r>
        <w:rPr>
          <w:color w:val="003B7A"/>
        </w:rPr>
        <w:t>2.1 Datos de entrada</w:t>
      </w:r>
    </w:p>
    <w:p>
      <w:r>
        <w:t>Datos que debe proporcionar el usuario.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3"/>
      </w:pPr>
      <w:r>
        <w:rPr>
          <w:color w:val="003B7A"/>
        </w:rPr>
        <w:t>2.2 Resultados esperados</w:t>
      </w:r>
    </w:p>
    <w:p>
      <w:r>
        <w:t>Información que debe producir el algoritmo.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3"/>
      </w:pPr>
      <w:r>
        <w:rPr>
          <w:color w:val="003B7A"/>
        </w:rPr>
        <w:t>2.3 Datos conocidos</w:t>
      </w:r>
    </w:p>
    <w:p>
      <w:r>
        <w:t>Si no existen, escribe: No aplica.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3"/>
      </w:pPr>
      <w:r>
        <w:rPr>
          <w:color w:val="003B7A"/>
        </w:rPr>
        <w:t>2.4 Proceso</w:t>
      </w:r>
    </w:p>
    <w:p>
      <w:r>
        <w:t>¿Qué debo hacer para llegar del dato de entrada al resultado?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3"/>
      </w:pPr>
      <w:r>
        <w:rPr>
          <w:color w:val="003B7A"/>
        </w:rPr>
        <w:t>2.5 Restricciones</w:t>
      </w:r>
    </w:p>
    <w:p>
      <w:r>
        <w:t>¿Qué condiciones deben cumplirse?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3. Diseño de los datos</w:t>
      </w:r>
    </w:p>
    <w:p>
      <w:pPr>
        <w:pStyle w:val="Heading3"/>
      </w:pPr>
      <w:r>
        <w:rPr>
          <w:color w:val="003B7A"/>
        </w:rPr>
        <w:t>Constantes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3"/>
      </w:pPr>
      <w:r>
        <w:rPr>
          <w:color w:val="003B7A"/>
        </w:rPr>
        <w:t>Variables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Tipo</w:t>
            </w:r>
          </w:p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</w:tbl>
    <w:p/>
    <w:p>
      <w:pPr>
        <w:pStyle w:val="Heading2"/>
      </w:pPr>
      <w:r>
        <w:rPr>
          <w:color w:val="003B7A"/>
        </w:rPr>
        <w:t>4. Algoritmo</w:t>
      </w:r>
    </w:p>
    <w:p>
      <w:pPr>
        <w:pStyle w:val="Heading3"/>
      </w:pPr>
      <w:r>
        <w:rPr>
          <w:color w:val="003B7A"/>
        </w:rPr>
        <w:t>Lenguaje natural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pPr>
        <w:pStyle w:val="Heading3"/>
      </w:pPr>
      <w:r>
        <w:rPr>
          <w:color w:val="003B7A"/>
        </w:rPr>
        <w:t>Pseudocódigo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Inicio</w:t>
              <w:br/>
              <w:br/>
              <w:t>Fin</w:t>
            </w:r>
          </w:p>
        </w:tc>
      </w:tr>
    </w:tbl>
    <w:p/>
    <w:p>
      <w:pPr>
        <w:pStyle w:val="Heading2"/>
      </w:pPr>
      <w:r>
        <w:rPr>
          <w:color w:val="003B7A"/>
        </w:rPr>
        <w:t>5. Prueba</w:t>
      </w:r>
    </w:p>
    <w:p>
      <w:r>
        <w:t>Valores utilizados: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Resultado esperado: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Resultado obtenido: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 xml:space="preserve">☐  </w:t>
      </w:r>
      <w:r>
        <w:t>CORRECTO</w:t>
      </w:r>
    </w:p>
    <w:p>
      <w:r>
        <w:t xml:space="preserve">☐  </w:t>
      </w:r>
      <w:r>
        <w:t>NECESITO CORREGIR</w:t>
      </w:r>
    </w:p>
    <w:p>
      <w:r>
        <w:t>¿Qué debo corregir?</w:t>
      </w:r>
    </w:p>
    <w:p>
      <w:r>
        <w:rPr>
          <w:color w:val="9AA9BD"/>
        </w:rPr>
        <w:t>________________________________________________________________________________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